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07"/>
        <w:gridCol w:w="3443"/>
        <w:gridCol w:w="2381"/>
        <w:gridCol w:w="2341"/>
      </w:tblGrid>
      <w:tr w:rsidR="00372FCB" w14:paraId="207667F1" w14:textId="77777777">
        <w:trPr>
          <w:jc w:val="center"/>
        </w:trPr>
        <w:tc>
          <w:tcPr>
            <w:tcW w:w="216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2458D68" w14:textId="7388C0BC" w:rsidR="00372FCB" w:rsidRDefault="00002BA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056D139" wp14:editId="4BE83A55">
                  <wp:extent cx="1324160" cy="447737"/>
                  <wp:effectExtent l="0" t="0" r="9525" b="0"/>
                  <wp:docPr id="47789360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893605" name="Imagem 4778936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160" cy="447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14E8E78" w14:textId="77777777" w:rsidR="00372FCB" w:rsidRDefault="00000000">
            <w:pPr>
              <w:jc w:val="center"/>
            </w:pPr>
            <w:r>
              <w:rPr>
                <w:rFonts w:ascii="Arial" w:hAnsi="Arial"/>
                <w:b/>
              </w:rPr>
              <w:t>Departamento de Recursos Humanos</w:t>
            </w:r>
          </w:p>
        </w:tc>
        <w:tc>
          <w:tcPr>
            <w:tcW w:w="201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DBC7A92" w14:textId="77777777" w:rsidR="00372FCB" w:rsidRDefault="00000000">
            <w:pPr>
              <w:jc w:val="center"/>
            </w:pPr>
            <w:r>
              <w:rPr>
                <w:rFonts w:ascii="Arial" w:hAnsi="Arial"/>
              </w:rPr>
              <w:t>Avisado Para:</w:t>
            </w:r>
            <w:r>
              <w:rPr>
                <w:rFonts w:ascii="Arial" w:hAnsi="Arial"/>
              </w:rPr>
              <w:br/>
              <w:t>______________</w:t>
            </w:r>
          </w:p>
        </w:tc>
        <w:tc>
          <w:tcPr>
            <w:tcW w:w="187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2B6F8DF" w14:textId="77777777" w:rsidR="00372FCB" w:rsidRDefault="00000000">
            <w:pPr>
              <w:jc w:val="center"/>
            </w:pPr>
            <w:r>
              <w:rPr>
                <w:rFonts w:ascii="Arial" w:hAnsi="Arial"/>
              </w:rPr>
              <w:t>Recebido em:</w:t>
            </w:r>
            <w:r>
              <w:rPr>
                <w:rFonts w:ascii="Arial" w:hAnsi="Arial"/>
              </w:rPr>
              <w:br/>
              <w:t>____/____/____</w:t>
            </w:r>
          </w:p>
        </w:tc>
      </w:tr>
      <w:tr w:rsidR="00372FCB" w14:paraId="16B3FABE" w14:textId="77777777">
        <w:trPr>
          <w:jc w:val="center"/>
        </w:trPr>
        <w:tc>
          <w:tcPr>
            <w:tcW w:w="26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97E55B9" w14:textId="77777777" w:rsidR="00372FCB" w:rsidRDefault="00372FCB"/>
        </w:tc>
        <w:tc>
          <w:tcPr>
            <w:tcW w:w="26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EAB9DDA" w14:textId="77777777" w:rsidR="00372FCB" w:rsidRDefault="00372FCB"/>
        </w:tc>
        <w:tc>
          <w:tcPr>
            <w:tcW w:w="26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D3B9F2" w14:textId="77777777" w:rsidR="00372FCB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____/____/____</w:t>
            </w:r>
          </w:p>
        </w:tc>
        <w:tc>
          <w:tcPr>
            <w:tcW w:w="2628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D91353C" w14:textId="77777777" w:rsidR="00372FCB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Assinatura / RG</w:t>
            </w:r>
          </w:p>
        </w:tc>
      </w:tr>
    </w:tbl>
    <w:p w14:paraId="11A70A7E" w14:textId="77777777" w:rsidR="00372FCB" w:rsidRDefault="00372FCB">
      <w:pPr>
        <w:spacing w:after="12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56"/>
        <w:gridCol w:w="5256"/>
      </w:tblGrid>
      <w:tr w:rsidR="00372FCB" w14:paraId="49590DE1" w14:textId="77777777">
        <w:trPr>
          <w:jc w:val="center"/>
        </w:trPr>
        <w:tc>
          <w:tcPr>
            <w:tcW w:w="10512" w:type="dxa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04A317B" w14:textId="77777777" w:rsidR="00372FCB" w:rsidRDefault="00000000">
            <w:pPr>
              <w:spacing w:before="40" w:after="40"/>
              <w:jc w:val="center"/>
            </w:pPr>
            <w:r>
              <w:rPr>
                <w:rFonts w:ascii="Arial" w:hAnsi="Arial"/>
                <w:b/>
                <w:sz w:val="24"/>
              </w:rPr>
              <w:t>SOLICITAÇÃO DE DOCUMENTOS</w:t>
            </w:r>
          </w:p>
        </w:tc>
      </w:tr>
      <w:tr w:rsidR="00372FCB" w14:paraId="6E96303C" w14:textId="77777777">
        <w:trPr>
          <w:jc w:val="center"/>
        </w:trPr>
        <w:tc>
          <w:tcPr>
            <w:tcW w:w="10512" w:type="dxa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876548A" w14:textId="77777777" w:rsidR="00372FCB" w:rsidRDefault="00000000">
            <w:pPr>
              <w:spacing w:before="40" w:after="40"/>
              <w:jc w:val="center"/>
            </w:pPr>
            <w:r>
              <w:rPr>
                <w:rFonts w:ascii="Arial" w:hAnsi="Arial"/>
                <w:b/>
                <w:sz w:val="21"/>
              </w:rPr>
              <w:t>Identificação do Servidor</w:t>
            </w:r>
          </w:p>
        </w:tc>
      </w:tr>
      <w:tr w:rsidR="00372FCB" w14:paraId="3964DB68" w14:textId="77777777">
        <w:trPr>
          <w:jc w:val="center"/>
        </w:trPr>
        <w:tc>
          <w:tcPr>
            <w:tcW w:w="10512" w:type="dxa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2C5629D" w14:textId="77777777" w:rsidR="00372FCB" w:rsidRDefault="00000000"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Nome:</w:t>
            </w:r>
            <w:r>
              <w:rPr>
                <w:rFonts w:ascii="Arial" w:hAnsi="Arial"/>
                <w:sz w:val="19"/>
              </w:rPr>
              <w:t xml:space="preserve"> __________________________________________________________________________________</w:t>
            </w:r>
          </w:p>
        </w:tc>
      </w:tr>
      <w:tr w:rsidR="00372FCB" w14:paraId="36918CE4" w14:textId="77777777">
        <w:trPr>
          <w:jc w:val="center"/>
        </w:trPr>
        <w:tc>
          <w:tcPr>
            <w:tcW w:w="52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D41EB5C" w14:textId="77777777" w:rsidR="00372FCB" w:rsidRDefault="00000000"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CPF:</w:t>
            </w:r>
            <w:r>
              <w:rPr>
                <w:rFonts w:ascii="Arial" w:hAnsi="Arial"/>
                <w:sz w:val="19"/>
              </w:rPr>
              <w:t xml:space="preserve"> ________________________</w:t>
            </w:r>
          </w:p>
        </w:tc>
        <w:tc>
          <w:tcPr>
            <w:tcW w:w="52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4EF2CAC" w14:textId="77777777" w:rsidR="00372FCB" w:rsidRDefault="00000000"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e-mail:</w:t>
            </w:r>
            <w:r>
              <w:rPr>
                <w:rFonts w:ascii="Arial" w:hAnsi="Arial"/>
                <w:sz w:val="19"/>
              </w:rPr>
              <w:t xml:space="preserve"> ________________________________________</w:t>
            </w:r>
          </w:p>
        </w:tc>
      </w:tr>
      <w:tr w:rsidR="00372FCB" w14:paraId="3E269774" w14:textId="77777777">
        <w:trPr>
          <w:jc w:val="center"/>
        </w:trPr>
        <w:tc>
          <w:tcPr>
            <w:tcW w:w="52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8D6C878" w14:textId="77777777" w:rsidR="00372FCB" w:rsidRDefault="00000000"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Nome para contato:</w:t>
            </w:r>
            <w:r>
              <w:rPr>
                <w:rFonts w:ascii="Arial" w:hAnsi="Arial"/>
                <w:sz w:val="19"/>
              </w:rPr>
              <w:t xml:space="preserve"> ____________________________________</w:t>
            </w:r>
          </w:p>
        </w:tc>
        <w:tc>
          <w:tcPr>
            <w:tcW w:w="52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2D55B91" w14:textId="77777777" w:rsidR="00372FCB" w:rsidRDefault="00000000"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Telefone/Ramal:</w:t>
            </w:r>
            <w:r>
              <w:rPr>
                <w:rFonts w:ascii="Arial" w:hAnsi="Arial"/>
                <w:sz w:val="19"/>
              </w:rPr>
              <w:t xml:space="preserve"> ________________________</w:t>
            </w:r>
          </w:p>
        </w:tc>
      </w:tr>
      <w:tr w:rsidR="00372FCB" w14:paraId="6216CB1E" w14:textId="77777777">
        <w:trPr>
          <w:jc w:val="center"/>
        </w:trPr>
        <w:tc>
          <w:tcPr>
            <w:tcW w:w="10512" w:type="dxa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98D0572" w14:textId="77777777" w:rsidR="00372FCB" w:rsidRDefault="00000000"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Senhor(a) diretor(a) do Departamento de Recursos Humanos, requeiro a Vossa Senhoria o documento abaixo indicado:</w:t>
            </w:r>
          </w:p>
        </w:tc>
      </w:tr>
      <w:tr w:rsidR="00372FCB" w14:paraId="5102770E" w14:textId="77777777">
        <w:trPr>
          <w:jc w:val="center"/>
        </w:trPr>
        <w:tc>
          <w:tcPr>
            <w:tcW w:w="10512" w:type="dxa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F7B1C89" w14:textId="77777777" w:rsidR="00372FCB" w:rsidRDefault="00000000"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Declaração Funcional para prova perante o(a)</w:t>
            </w:r>
            <w:r>
              <w:rPr>
                <w:rFonts w:ascii="Arial" w:hAnsi="Arial"/>
                <w:sz w:val="19"/>
              </w:rPr>
              <w:t xml:space="preserve"> __________________________________________________ (Nome do órgão/entidade)</w:t>
            </w:r>
            <w:r>
              <w:rPr>
                <w:rFonts w:ascii="Arial" w:hAnsi="Arial"/>
                <w:sz w:val="19"/>
              </w:rPr>
              <w:br/>
              <w:t>*A Declaração Funcional contém cargos exercidos e período trabalhado. Se for necessária outra informação, especificar no campo "OBSERVAÇÕES".</w:t>
            </w:r>
          </w:p>
        </w:tc>
      </w:tr>
      <w:tr w:rsidR="00372FCB" w14:paraId="5DFB6744" w14:textId="77777777">
        <w:trPr>
          <w:jc w:val="center"/>
        </w:trPr>
        <w:tc>
          <w:tcPr>
            <w:tcW w:w="10512" w:type="dxa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69E3245" w14:textId="77777777" w:rsidR="00372FCB" w:rsidRDefault="00000000">
            <w:pPr>
              <w:spacing w:before="40" w:after="40"/>
              <w:jc w:val="center"/>
            </w:pPr>
            <w:r>
              <w:rPr>
                <w:rFonts w:ascii="Arial" w:hAnsi="Arial"/>
                <w:b/>
                <w:sz w:val="21"/>
              </w:rPr>
              <w:t>Declaração perante o INSS</w:t>
            </w:r>
          </w:p>
        </w:tc>
      </w:tr>
      <w:tr w:rsidR="00372FCB" w14:paraId="7882F396" w14:textId="77777777">
        <w:trPr>
          <w:jc w:val="center"/>
        </w:trPr>
        <w:tc>
          <w:tcPr>
            <w:tcW w:w="52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0B5929E" w14:textId="77777777" w:rsidR="00372FCB" w:rsidRDefault="00000000">
            <w:pPr>
              <w:spacing w:before="40" w:after="40"/>
            </w:pPr>
            <w:r>
              <w:rPr>
                <w:rFonts w:ascii="Arial" w:hAnsi="Arial"/>
                <w:sz w:val="19"/>
              </w:rPr>
              <w:t>[   ] Aposentadoria</w:t>
            </w:r>
            <w:r>
              <w:rPr>
                <w:rFonts w:ascii="Arial" w:hAnsi="Arial"/>
                <w:sz w:val="19"/>
              </w:rPr>
              <w:br/>
              <w:t>[   ] Auxílio Doença</w:t>
            </w:r>
          </w:p>
        </w:tc>
        <w:tc>
          <w:tcPr>
            <w:tcW w:w="52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0C674FE" w14:textId="77777777" w:rsidR="00372FCB" w:rsidRDefault="00000000">
            <w:pPr>
              <w:spacing w:before="40" w:after="40"/>
            </w:pPr>
            <w:r>
              <w:rPr>
                <w:rFonts w:ascii="Arial" w:hAnsi="Arial"/>
                <w:sz w:val="19"/>
              </w:rPr>
              <w:t>[   ] Pensão por Falecimento</w:t>
            </w:r>
            <w:r>
              <w:rPr>
                <w:rFonts w:ascii="Arial" w:hAnsi="Arial"/>
                <w:sz w:val="19"/>
              </w:rPr>
              <w:br/>
              <w:t>[   ] Averbação de Tempo de Contribuição</w:t>
            </w:r>
          </w:p>
        </w:tc>
      </w:tr>
      <w:tr w:rsidR="00372FCB" w14:paraId="516A9D59" w14:textId="77777777">
        <w:trPr>
          <w:jc w:val="center"/>
        </w:trPr>
        <w:tc>
          <w:tcPr>
            <w:tcW w:w="10512" w:type="dxa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2C7ADFD" w14:textId="77777777" w:rsidR="00372FCB" w:rsidRDefault="00000000"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Declaração de cargos/funções para prova perante o(a)</w:t>
            </w:r>
            <w:r>
              <w:rPr>
                <w:rFonts w:ascii="Arial" w:hAnsi="Arial"/>
                <w:sz w:val="19"/>
              </w:rPr>
              <w:t xml:space="preserve"> ________________________ (Nome do órgão), onde exerço: ________________________ (cargo efetivo ou cargo comissionado)</w:t>
            </w:r>
          </w:p>
        </w:tc>
      </w:tr>
      <w:tr w:rsidR="00372FCB" w14:paraId="1DB6AEC0" w14:textId="77777777">
        <w:trPr>
          <w:jc w:val="center"/>
        </w:trPr>
        <w:tc>
          <w:tcPr>
            <w:tcW w:w="10512" w:type="dxa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2234264" w14:textId="77777777" w:rsidR="00372FCB" w:rsidRDefault="00000000"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Outros documentos (cópia de documento). Especificar:</w:t>
            </w:r>
            <w:r>
              <w:rPr>
                <w:rFonts w:ascii="Arial" w:hAnsi="Arial"/>
                <w:sz w:val="19"/>
              </w:rPr>
              <w:t xml:space="preserve"> _____________________________________________________________________</w:t>
            </w:r>
          </w:p>
        </w:tc>
      </w:tr>
      <w:tr w:rsidR="00372FCB" w14:paraId="2A765968" w14:textId="77777777">
        <w:trPr>
          <w:jc w:val="center"/>
        </w:trPr>
        <w:tc>
          <w:tcPr>
            <w:tcW w:w="10512" w:type="dxa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45ACCFB" w14:textId="77777777" w:rsidR="00372FCB" w:rsidRDefault="00000000"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Observações:</w:t>
            </w:r>
            <w:r>
              <w:rPr>
                <w:rFonts w:ascii="Arial" w:hAnsi="Arial"/>
                <w:sz w:val="19"/>
              </w:rPr>
              <w:t xml:space="preserve"> __________________________________________________________________________________</w:t>
            </w:r>
          </w:p>
        </w:tc>
      </w:tr>
      <w:tr w:rsidR="00372FCB" w14:paraId="456F54AA" w14:textId="77777777">
        <w:trPr>
          <w:jc w:val="center"/>
        </w:trPr>
        <w:tc>
          <w:tcPr>
            <w:tcW w:w="10512" w:type="dxa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950A24E" w14:textId="77777777" w:rsidR="00372FCB" w:rsidRDefault="00000000">
            <w:pPr>
              <w:spacing w:before="40" w:after="40"/>
            </w:pPr>
            <w:r>
              <w:rPr>
                <w:rFonts w:ascii="Arial" w:hAnsi="Arial"/>
                <w:b/>
                <w:sz w:val="20"/>
              </w:rPr>
              <w:t>Preencher os campos abaixo, conforme o caso.</w:t>
            </w:r>
          </w:p>
        </w:tc>
      </w:tr>
      <w:tr w:rsidR="00372FCB" w14:paraId="0AE2CDD8" w14:textId="77777777">
        <w:trPr>
          <w:jc w:val="center"/>
        </w:trPr>
        <w:tc>
          <w:tcPr>
            <w:tcW w:w="10512" w:type="dxa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B0FDECA" w14:textId="77777777" w:rsidR="00372FCB" w:rsidRDefault="00000000"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AUTORIZO a pessoa abaixo identificada a receber o documento:</w:t>
            </w:r>
            <w:r>
              <w:rPr>
                <w:rFonts w:ascii="Arial" w:hAnsi="Arial"/>
                <w:sz w:val="19"/>
              </w:rPr>
              <w:br/>
              <w:t>Nome: __________________________________________________________________________________</w:t>
            </w:r>
          </w:p>
        </w:tc>
      </w:tr>
      <w:tr w:rsidR="00372FCB" w14:paraId="6BF2A507" w14:textId="77777777">
        <w:trPr>
          <w:jc w:val="center"/>
        </w:trPr>
        <w:tc>
          <w:tcPr>
            <w:tcW w:w="52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9FF7E82" w14:textId="77777777" w:rsidR="00372FCB" w:rsidRDefault="00000000"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Nro da Identidade:</w:t>
            </w:r>
            <w:r>
              <w:rPr>
                <w:rFonts w:ascii="Arial" w:hAnsi="Arial"/>
                <w:sz w:val="19"/>
              </w:rPr>
              <w:t xml:space="preserve"> ________________________</w:t>
            </w:r>
          </w:p>
        </w:tc>
        <w:tc>
          <w:tcPr>
            <w:tcW w:w="52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9A50D0F" w14:textId="77777777" w:rsidR="00372FCB" w:rsidRDefault="00000000"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Telefone/Ramal:</w:t>
            </w:r>
            <w:r>
              <w:rPr>
                <w:rFonts w:ascii="Arial" w:hAnsi="Arial"/>
                <w:sz w:val="19"/>
              </w:rPr>
              <w:t xml:space="preserve"> ________________________</w:t>
            </w:r>
          </w:p>
        </w:tc>
      </w:tr>
      <w:tr w:rsidR="00372FCB" w14:paraId="05D0752B" w14:textId="77777777">
        <w:trPr>
          <w:jc w:val="center"/>
        </w:trPr>
        <w:tc>
          <w:tcPr>
            <w:tcW w:w="10512" w:type="dxa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6B200AB" w14:textId="77777777" w:rsidR="00372FCB" w:rsidRDefault="00000000">
            <w:pPr>
              <w:spacing w:before="40" w:after="40"/>
            </w:pPr>
            <w:r>
              <w:rPr>
                <w:rFonts w:ascii="Arial" w:hAnsi="Arial"/>
                <w:b/>
                <w:sz w:val="19"/>
              </w:rPr>
              <w:t>AUTORIZO o envio do documento para o endereço (*servidores exonerados residentes fora de Uberlândia):</w:t>
            </w:r>
            <w:r>
              <w:rPr>
                <w:rFonts w:ascii="Arial" w:hAnsi="Arial"/>
                <w:sz w:val="19"/>
              </w:rPr>
              <w:br/>
              <w:t>Endereço: _______________________________________________________________________________</w:t>
            </w:r>
            <w:r>
              <w:rPr>
                <w:rFonts w:ascii="Arial" w:hAnsi="Arial"/>
                <w:sz w:val="19"/>
              </w:rPr>
              <w:br/>
              <w:t>Complemento: ___________________________________   Cidade: _____________________________</w:t>
            </w:r>
            <w:r>
              <w:rPr>
                <w:rFonts w:ascii="Arial" w:hAnsi="Arial"/>
                <w:sz w:val="19"/>
              </w:rPr>
              <w:br/>
              <w:t>CEP: ____________________   UF: _______</w:t>
            </w:r>
          </w:p>
        </w:tc>
      </w:tr>
      <w:tr w:rsidR="00372FCB" w14:paraId="0B7E7406" w14:textId="77777777">
        <w:trPr>
          <w:jc w:val="center"/>
        </w:trPr>
        <w:tc>
          <w:tcPr>
            <w:tcW w:w="10512" w:type="dxa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92BAC51" w14:textId="77777777" w:rsidR="00372FCB" w:rsidRDefault="00000000">
            <w:pPr>
              <w:spacing w:before="40" w:after="40"/>
            </w:pPr>
            <w:r>
              <w:rPr>
                <w:rFonts w:ascii="Arial" w:hAnsi="Arial"/>
                <w:sz w:val="17"/>
              </w:rPr>
              <w:t>Observações: a) A Certidão de tempo de contribuição, para averbação em órgão público, deve ser solicitada ao INSS, conforme o art. 130 do Decreto nº 3.048/1999, e art. 40, § 13 da Constituição Federal;</w:t>
            </w:r>
            <w:r>
              <w:rPr>
                <w:rFonts w:ascii="Arial" w:hAnsi="Arial"/>
                <w:sz w:val="17"/>
              </w:rPr>
              <w:br/>
              <w:t>b) Os Documentos aqui disponibilizados têm validade de 30 (trinta) dias;</w:t>
            </w:r>
            <w:r>
              <w:rPr>
                <w:rFonts w:ascii="Arial" w:hAnsi="Arial"/>
                <w:sz w:val="17"/>
              </w:rPr>
              <w:br/>
              <w:t>c) Os servidores que tiverem pendências perante esta Casa (apresentação de cópia do Imposto de Renda, Declaração de Bens e Prestação de Contas) devem regularizá-las previamente.</w:t>
            </w:r>
            <w:r>
              <w:rPr>
                <w:rFonts w:ascii="Arial" w:hAnsi="Arial"/>
                <w:sz w:val="17"/>
              </w:rPr>
              <w:br/>
            </w:r>
            <w:r>
              <w:rPr>
                <w:rFonts w:ascii="Arial" w:hAnsi="Arial"/>
                <w:sz w:val="17"/>
              </w:rPr>
              <w:br/>
              <w:t>Local/Data: _________________________________, _____ / _____ / ________</w:t>
            </w:r>
            <w:r>
              <w:rPr>
                <w:rFonts w:ascii="Arial" w:hAnsi="Arial"/>
                <w:sz w:val="17"/>
              </w:rPr>
              <w:br/>
            </w:r>
            <w:r>
              <w:rPr>
                <w:rFonts w:ascii="Arial" w:hAnsi="Arial"/>
                <w:sz w:val="17"/>
              </w:rPr>
              <w:br/>
            </w:r>
            <w:r>
              <w:rPr>
                <w:rFonts w:ascii="Arial" w:hAnsi="Arial"/>
                <w:sz w:val="17"/>
              </w:rPr>
              <w:lastRenderedPageBreak/>
              <w:br/>
              <w:t>_________________________________________________________________________________</w:t>
            </w:r>
            <w:r>
              <w:rPr>
                <w:rFonts w:ascii="Arial" w:hAnsi="Arial"/>
                <w:sz w:val="17"/>
              </w:rPr>
              <w:br/>
              <w:t>Assinatura do servidor ou do vereador correspondente a sua lotação</w:t>
            </w:r>
            <w:r>
              <w:rPr>
                <w:rFonts w:ascii="Arial" w:hAnsi="Arial"/>
                <w:sz w:val="17"/>
              </w:rPr>
              <w:br/>
            </w:r>
            <w:r>
              <w:rPr>
                <w:rFonts w:ascii="Arial" w:hAnsi="Arial"/>
                <w:sz w:val="17"/>
              </w:rPr>
              <w:br/>
              <w:t>Obs.: Para a liberação do documento requerido é imprescindível encaminhar via original deste documento, devidamente assinado para a Câmara Municipal de Uberlândia - Departamento de Recursos Humanos - Av. João Naves de Ávila, 1617 - Bairro Santa Mônica - CEP: 38.408-100 - Uberlândia - MG - (34) 3239-1129 / 3239-1180 - Fax: (34) 3239-1206 - e-mail: rh@camarauberlandia.mg.gov.br</w:t>
            </w:r>
          </w:p>
        </w:tc>
      </w:tr>
      <w:tr w:rsidR="00372FCB" w14:paraId="1A90CBBD" w14:textId="77777777">
        <w:trPr>
          <w:jc w:val="center"/>
        </w:trPr>
        <w:tc>
          <w:tcPr>
            <w:tcW w:w="52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D35C06E" w14:textId="77777777" w:rsidR="00372FCB" w:rsidRDefault="00372FCB">
            <w:pPr>
              <w:spacing w:before="40" w:after="40"/>
            </w:pPr>
          </w:p>
        </w:tc>
        <w:tc>
          <w:tcPr>
            <w:tcW w:w="5256" w:type="dxa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22402EB" w14:textId="77777777" w:rsidR="00372FCB" w:rsidRDefault="00000000">
            <w:pPr>
              <w:spacing w:before="40" w:after="40"/>
            </w:pPr>
            <w:r>
              <w:rPr>
                <w:rFonts w:ascii="Arial" w:hAnsi="Arial"/>
                <w:sz w:val="18"/>
              </w:rPr>
              <w:t>[  ] Indeferido: _____________________________________</w:t>
            </w:r>
            <w:r>
              <w:rPr>
                <w:rFonts w:ascii="Arial" w:hAnsi="Arial"/>
                <w:sz w:val="18"/>
              </w:rPr>
              <w:br/>
              <w:t>Avisado Para: _____________________________________</w:t>
            </w:r>
            <w:r>
              <w:rPr>
                <w:rFonts w:ascii="Arial" w:hAnsi="Arial"/>
                <w:sz w:val="18"/>
              </w:rPr>
              <w:br/>
              <w:t>Servidor responsável: ______________________________</w:t>
            </w:r>
          </w:p>
        </w:tc>
      </w:tr>
    </w:tbl>
    <w:p w14:paraId="3FE4C762" w14:textId="77777777" w:rsidR="00B0711E" w:rsidRDefault="00B0711E"/>
    <w:sectPr w:rsidR="00B0711E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31582527">
    <w:abstractNumId w:val="8"/>
  </w:num>
  <w:num w:numId="2" w16cid:durableId="1050693613">
    <w:abstractNumId w:val="6"/>
  </w:num>
  <w:num w:numId="3" w16cid:durableId="1525092421">
    <w:abstractNumId w:val="5"/>
  </w:num>
  <w:num w:numId="4" w16cid:durableId="1885672978">
    <w:abstractNumId w:val="4"/>
  </w:num>
  <w:num w:numId="5" w16cid:durableId="1956057140">
    <w:abstractNumId w:val="7"/>
  </w:num>
  <w:num w:numId="6" w16cid:durableId="804199467">
    <w:abstractNumId w:val="3"/>
  </w:num>
  <w:num w:numId="7" w16cid:durableId="914974054">
    <w:abstractNumId w:val="2"/>
  </w:num>
  <w:num w:numId="8" w16cid:durableId="228079836">
    <w:abstractNumId w:val="1"/>
  </w:num>
  <w:num w:numId="9" w16cid:durableId="2974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2BAC"/>
    <w:rsid w:val="00034616"/>
    <w:rsid w:val="0006063C"/>
    <w:rsid w:val="0015074B"/>
    <w:rsid w:val="0029639D"/>
    <w:rsid w:val="00326F90"/>
    <w:rsid w:val="00372FCB"/>
    <w:rsid w:val="00A83862"/>
    <w:rsid w:val="00AA1D8D"/>
    <w:rsid w:val="00B0711E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239258"/>
  <w14:defaultImageDpi w14:val="300"/>
  <w15:docId w15:val="{CD565703-4ADD-4B71-8B09-91BC524E7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milton</cp:lastModifiedBy>
  <cp:revision>2</cp:revision>
  <dcterms:created xsi:type="dcterms:W3CDTF">2013-12-23T23:15:00Z</dcterms:created>
  <dcterms:modified xsi:type="dcterms:W3CDTF">2026-07-27T18:15:00Z</dcterms:modified>
  <cp:category/>
</cp:coreProperties>
</file>